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40"/>
        <w:jc w:val="center"/>
      </w:pPr>
      <w:r>
        <w:rPr>
          <w:rFonts w:ascii="Tahoma" w:hAnsi="Tahoma" w:eastAsia="Tahoma"/>
          <w:b/>
          <w:color w:val="000000"/>
          <w:sz w:val="30"/>
        </w:rPr>
        <w:t>แบบรายงานผลการนิเทศ ติดตาม และประเมินผล</w:t>
      </w:r>
    </w:p>
    <w:p>
      <w:pPr>
        <w:spacing w:after="20"/>
        <w:jc w:val="center"/>
      </w:pPr>
      <w:r>
        <w:rPr>
          <w:rFonts w:ascii="Tahoma" w:hAnsi="Tahoma" w:eastAsia="Tahoma"/>
          <w:b/>
          <w:color w:val="000000"/>
          <w:sz w:val="27"/>
        </w:rPr>
        <w:t>การขับเคลื่อนการยกระดับสมรรถนะความฉลาดรู้ของผู้เรียนตามกรอบ PISA</w:t>
      </w:r>
    </w:p>
    <w:p>
      <w:pPr>
        <w:spacing w:after="160"/>
        <w:jc w:val="center"/>
      </w:pPr>
      <w:r>
        <w:rPr>
          <w:rFonts w:ascii="Tahoma" w:hAnsi="Tahoma" w:eastAsia="Tahoma"/>
          <w:b/>
          <w:color w:val="000000"/>
          <w:sz w:val="24"/>
        </w:rPr>
        <w:t>ภาคเรียนที่ 1 ปีการศึกษา 2569 การนิเทศครั้งที่ 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c>
          <w:tcPr>
            <w:tcW w:type="dxa" w:w="1531"/>
            <w:vAlign w:val="center"/>
            <w:tcMar>
              <w:top w:w="40" w:type="dxa"/>
              <w:start w:w="100" w:type="dxa"/>
              <w:bottom w:w="40" w:type="dxa"/>
              <w:end w:w="100" w:type="dxa"/>
            </w:tcMar>
            <w:tcBorders>
              <w:bottom w:val="single" w:sz="6" w:color="D9D9D9"/>
            </w:tcBorders>
          </w:tcPr>
          <w:p>
            <w:pPr>
              <w:spacing w:after="0"/>
            </w:pPr>
            <w:r>
              <w:rPr>
                <w:rFonts w:ascii="Tahoma" w:hAnsi="Tahoma" w:eastAsia="Tahoma"/>
                <w:b/>
                <w:color w:val="000000"/>
                <w:sz w:val="21"/>
              </w:rPr>
              <w:t>โรงเรียน</w:t>
            </w:r>
          </w:p>
        </w:tc>
        <w:tc>
          <w:tcPr>
            <w:tcW w:type="dxa" w:w="4025"/>
            <w:vAlign w:val="center"/>
            <w:tcMar>
              <w:top w:w="40" w:type="dxa"/>
              <w:start w:w="100" w:type="dxa"/>
              <w:bottom w:w="40" w:type="dxa"/>
              <w:end w:w="100" w:type="dxa"/>
            </w:tcMar>
            <w:tcBorders>
              <w:bottom w:val="single" w:sz="6" w:color="D9D9D9"/>
            </w:tcBorders>
          </w:tcPr>
          <w:p>
            <w:pPr>
              <w:spacing w:after="0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................................................................................</w:t>
            </w:r>
          </w:p>
        </w:tc>
        <w:tc>
          <w:tcPr>
            <w:tcW w:type="dxa" w:w="1531"/>
            <w:vAlign w:val="center"/>
            <w:tcMar>
              <w:top w:w="40" w:type="dxa"/>
              <w:start w:w="100" w:type="dxa"/>
              <w:bottom w:w="40" w:type="dxa"/>
              <w:end w:w="100" w:type="dxa"/>
            </w:tcMar>
            <w:tcBorders>
              <w:bottom w:val="single" w:sz="6" w:color="D9D9D9"/>
            </w:tcBorders>
          </w:tcPr>
          <w:p>
            <w:pPr>
              <w:spacing w:after="0"/>
            </w:pPr>
            <w:r>
              <w:rPr>
                <w:rFonts w:ascii="Tahoma" w:hAnsi="Tahoma" w:eastAsia="Tahoma"/>
                <w:b/>
                <w:color w:val="000000"/>
                <w:sz w:val="21"/>
              </w:rPr>
              <w:t>กลุ่มโรงเรียน</w:t>
            </w:r>
          </w:p>
        </w:tc>
        <w:tc>
          <w:tcPr>
            <w:tcW w:type="dxa" w:w="2948"/>
            <w:vAlign w:val="center"/>
            <w:tcMar>
              <w:top w:w="40" w:type="dxa"/>
              <w:start w:w="100" w:type="dxa"/>
              <w:bottom w:w="40" w:type="dxa"/>
              <w:end w:w="100" w:type="dxa"/>
            </w:tcMar>
            <w:tcBorders>
              <w:bottom w:val="single" w:sz="6" w:color="D9D9D9"/>
            </w:tcBorders>
          </w:tcPr>
          <w:p>
            <w:pPr>
              <w:spacing w:after="0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........................................................</w:t>
            </w:r>
          </w:p>
        </w:tc>
      </w:tr>
      <w:tr>
        <w:tc>
          <w:tcPr>
            <w:tcW w:type="dxa" w:w="1531"/>
            <w:vAlign w:val="center"/>
            <w:tcMar>
              <w:top w:w="40" w:type="dxa"/>
              <w:start w:w="100" w:type="dxa"/>
              <w:bottom w:w="40" w:type="dxa"/>
              <w:end w:w="100" w:type="dxa"/>
            </w:tcMar>
            <w:tcBorders>
              <w:bottom w:val="single" w:sz="6" w:color="D9D9D9"/>
            </w:tcBorders>
          </w:tcPr>
          <w:p>
            <w:pPr>
              <w:spacing w:after="0"/>
            </w:pPr>
            <w:r>
              <w:rPr>
                <w:rFonts w:ascii="Tahoma" w:hAnsi="Tahoma" w:eastAsia="Tahoma"/>
                <w:b/>
                <w:color w:val="000000"/>
                <w:sz w:val="21"/>
              </w:rPr>
              <w:t>ผู้รับผิดชอบงาน PISA</w:t>
            </w:r>
          </w:p>
        </w:tc>
        <w:tc>
          <w:tcPr>
            <w:tcW w:type="dxa" w:w="4025"/>
            <w:vAlign w:val="center"/>
            <w:tcMar>
              <w:top w:w="40" w:type="dxa"/>
              <w:start w:w="100" w:type="dxa"/>
              <w:bottom w:w="40" w:type="dxa"/>
              <w:end w:w="100" w:type="dxa"/>
            </w:tcMar>
            <w:tcBorders>
              <w:bottom w:val="single" w:sz="6" w:color="D9D9D9"/>
            </w:tcBorders>
          </w:tcPr>
          <w:p>
            <w:pPr>
              <w:spacing w:after="0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................................................................................</w:t>
            </w:r>
          </w:p>
        </w:tc>
        <w:tc>
          <w:tcPr>
            <w:tcW w:type="dxa" w:w="1531"/>
            <w:vAlign w:val="center"/>
            <w:tcMar>
              <w:top w:w="40" w:type="dxa"/>
              <w:start w:w="100" w:type="dxa"/>
              <w:bottom w:w="40" w:type="dxa"/>
              <w:end w:w="100" w:type="dxa"/>
            </w:tcMar>
            <w:tcBorders>
              <w:bottom w:val="single" w:sz="6" w:color="D9D9D9"/>
            </w:tcBorders>
          </w:tcPr>
          <w:p>
            <w:pPr>
              <w:spacing w:after="0"/>
            </w:pPr>
            <w:r>
              <w:rPr>
                <w:rFonts w:ascii="Tahoma" w:hAnsi="Tahoma" w:eastAsia="Tahoma"/>
                <w:b/>
                <w:color w:val="000000"/>
                <w:sz w:val="21"/>
              </w:rPr>
              <w:t>โทรศัพท์</w:t>
            </w:r>
          </w:p>
        </w:tc>
        <w:tc>
          <w:tcPr>
            <w:tcW w:type="dxa" w:w="2948"/>
            <w:vAlign w:val="center"/>
            <w:tcMar>
              <w:top w:w="40" w:type="dxa"/>
              <w:start w:w="100" w:type="dxa"/>
              <w:bottom w:w="40" w:type="dxa"/>
              <w:end w:w="100" w:type="dxa"/>
            </w:tcMar>
            <w:tcBorders>
              <w:bottom w:val="single" w:sz="6" w:color="D9D9D9"/>
            </w:tcBorders>
          </w:tcPr>
          <w:p>
            <w:pPr>
              <w:spacing w:after="0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........................................................</w:t>
            </w:r>
          </w:p>
        </w:tc>
      </w:tr>
    </w:tbl>
    <w:p>
      <w:pPr>
        <w:spacing w:after="0"/>
      </w:pPr>
    </w:p>
    <w:p>
      <w:pPr>
        <w:pStyle w:val="Heading1"/>
        <w:spacing w:before="80" w:after="80"/>
      </w:pPr>
      <w:r>
        <w:rPr>
          <w:rFonts w:ascii="Tahoma" w:hAnsi="Tahoma" w:eastAsia="Tahoma"/>
          <w:b/>
          <w:color w:val="000000"/>
          <w:sz w:val="24"/>
        </w:rPr>
        <w:t>1 รายงานข้อมูลการดำเนินงานตามระบบการยกระดับความฉลาดรู้ PISA</w:t>
      </w:r>
    </w:p>
    <w:p>
      <w:pPr>
        <w:spacing w:before="40" w:after="40"/>
      </w:pPr>
      <w:r>
        <w:rPr>
          <w:rFonts w:ascii="Tahoma" w:hAnsi="Tahoma" w:eastAsia="Tahoma"/>
          <w:b/>
          <w:color w:val="000000"/>
          <w:sz w:val="22"/>
        </w:rPr>
        <w:t>ช่วงชั้น ป.4 - ป.6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blHeader w:val="true"/>
        </w:trPr>
        <w:tc>
          <w:tcPr>
            <w:tcW w:type="dxa" w:w="737"/>
            <w:shd w:fill="174A7E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jc w:val="center"/>
            </w:pPr>
            <w:r>
              <w:rPr>
                <w:rFonts w:ascii="Tahoma" w:hAnsi="Tahoma" w:eastAsia="Tahoma"/>
                <w:b/>
                <w:color w:val="FFFFFF"/>
                <w:sz w:val="21"/>
              </w:rPr>
              <w:t>ข้อ</w:t>
            </w:r>
          </w:p>
        </w:tc>
        <w:tc>
          <w:tcPr>
            <w:tcW w:type="dxa" w:w="6576"/>
            <w:shd w:fill="174A7E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jc w:val="center"/>
            </w:pPr>
            <w:r>
              <w:rPr>
                <w:rFonts w:ascii="Tahoma" w:hAnsi="Tahoma" w:eastAsia="Tahoma"/>
                <w:b/>
                <w:color w:val="FFFFFF"/>
                <w:sz w:val="21"/>
              </w:rPr>
              <w:t>รายการ</w:t>
            </w:r>
          </w:p>
        </w:tc>
        <w:tc>
          <w:tcPr>
            <w:tcW w:type="dxa" w:w="1701"/>
            <w:shd w:fill="174A7E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jc w:val="center"/>
            </w:pPr>
            <w:r>
              <w:rPr>
                <w:rFonts w:ascii="Tahoma" w:hAnsi="Tahoma" w:eastAsia="Tahoma"/>
                <w:b/>
                <w:color w:val="FFFFFF"/>
                <w:sz w:val="21"/>
              </w:rPr>
              <w:t>จำนวน</w:t>
            </w:r>
          </w:p>
        </w:tc>
        <w:tc>
          <w:tcPr>
            <w:tcW w:type="dxa" w:w="794"/>
            <w:shd w:fill="174A7E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jc w:val="center"/>
            </w:pPr>
            <w:r>
              <w:rPr>
                <w:rFonts w:ascii="Tahoma" w:hAnsi="Tahoma" w:eastAsia="Tahoma"/>
                <w:b/>
                <w:color w:val="FFFFFF"/>
                <w:sz w:val="21"/>
              </w:rPr>
              <w:t>หน่วย</w:t>
            </w:r>
          </w:p>
        </w:tc>
      </w:tr>
      <w:tr>
        <w:tc>
          <w:tcPr>
            <w:tcW w:type="dxa" w:w="73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1</w:t>
            </w:r>
          </w:p>
        </w:tc>
        <w:tc>
          <w:tcPr>
            <w:tcW w:type="dxa" w:w="657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left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จำนวนนักเรียนที่ได้รับการใช้ชุดพัฒนาความฉลาดรู้ จำนวนรวม</w:t>
            </w:r>
          </w:p>
        </w:tc>
        <w:tc>
          <w:tcPr>
            <w:tcW w:type="dxa" w:w="170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........................</w:t>
            </w:r>
          </w:p>
        </w:tc>
        <w:tc>
          <w:tcPr>
            <w:tcW w:type="dxa" w:w="79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คน</w:t>
            </w:r>
          </w:p>
        </w:tc>
      </w:tr>
      <w:tr>
        <w:tc>
          <w:tcPr>
            <w:tcW w:type="dxa" w:w="737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1.1</w:t>
            </w:r>
          </w:p>
        </w:tc>
        <w:tc>
          <w:tcPr>
            <w:tcW w:type="dxa" w:w="6576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left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ด้านการอ่าน</w:t>
            </w:r>
          </w:p>
        </w:tc>
        <w:tc>
          <w:tcPr>
            <w:tcW w:type="dxa" w:w="1701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........................</w:t>
            </w:r>
          </w:p>
        </w:tc>
        <w:tc>
          <w:tcPr>
            <w:tcW w:type="dxa" w:w="794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คน</w:t>
            </w:r>
          </w:p>
        </w:tc>
      </w:tr>
      <w:tr>
        <w:tc>
          <w:tcPr>
            <w:tcW w:type="dxa" w:w="73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1.2</w:t>
            </w:r>
          </w:p>
        </w:tc>
        <w:tc>
          <w:tcPr>
            <w:tcW w:type="dxa" w:w="657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left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ด้านคณิตศาสตร์</w:t>
            </w:r>
          </w:p>
        </w:tc>
        <w:tc>
          <w:tcPr>
            <w:tcW w:type="dxa" w:w="170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........................</w:t>
            </w:r>
          </w:p>
        </w:tc>
        <w:tc>
          <w:tcPr>
            <w:tcW w:type="dxa" w:w="79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คน</w:t>
            </w:r>
          </w:p>
        </w:tc>
      </w:tr>
      <w:tr>
        <w:tc>
          <w:tcPr>
            <w:tcW w:type="dxa" w:w="737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1.3</w:t>
            </w:r>
          </w:p>
        </w:tc>
        <w:tc>
          <w:tcPr>
            <w:tcW w:type="dxa" w:w="6576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left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ด้านวิทยาศาสตร์</w:t>
            </w:r>
          </w:p>
        </w:tc>
        <w:tc>
          <w:tcPr>
            <w:tcW w:type="dxa" w:w="1701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........................</w:t>
            </w:r>
          </w:p>
        </w:tc>
        <w:tc>
          <w:tcPr>
            <w:tcW w:type="dxa" w:w="794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คน</w:t>
            </w:r>
          </w:p>
        </w:tc>
      </w:tr>
      <w:tr>
        <w:tc>
          <w:tcPr>
            <w:tcW w:type="dxa" w:w="73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2</w:t>
            </w:r>
          </w:p>
        </w:tc>
        <w:tc>
          <w:tcPr>
            <w:tcW w:type="dxa" w:w="657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left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จำนวนนักเรียนที่ได้รับการส่งเสริมสมรรถนะ</w:t>
            </w:r>
          </w:p>
        </w:tc>
        <w:tc>
          <w:tcPr>
            <w:tcW w:type="dxa" w:w="170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........................</w:t>
            </w:r>
          </w:p>
        </w:tc>
        <w:tc>
          <w:tcPr>
            <w:tcW w:type="dxa" w:w="79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คน</w:t>
            </w:r>
          </w:p>
        </w:tc>
      </w:tr>
      <w:tr>
        <w:tc>
          <w:tcPr>
            <w:tcW w:type="dxa" w:w="737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3</w:t>
            </w:r>
          </w:p>
        </w:tc>
        <w:tc>
          <w:tcPr>
            <w:tcW w:type="dxa" w:w="6576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left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จำนวนนักเรียนที่ได้รับการฝึกทักษะ</w:t>
            </w:r>
          </w:p>
        </w:tc>
        <w:tc>
          <w:tcPr>
            <w:tcW w:type="dxa" w:w="1701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........................</w:t>
            </w:r>
          </w:p>
        </w:tc>
        <w:tc>
          <w:tcPr>
            <w:tcW w:type="dxa" w:w="794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คน</w:t>
            </w:r>
          </w:p>
        </w:tc>
      </w:tr>
    </w:tbl>
    <w:p>
      <w:pPr>
        <w:spacing w:after="0"/>
      </w:pPr>
    </w:p>
    <w:p>
      <w:pPr>
        <w:spacing w:before="40" w:after="40"/>
      </w:pPr>
      <w:r>
        <w:rPr>
          <w:rFonts w:ascii="Tahoma" w:hAnsi="Tahoma" w:eastAsia="Tahoma"/>
          <w:b/>
          <w:color w:val="000000"/>
          <w:sz w:val="22"/>
        </w:rPr>
        <w:t>ช่วงชั้น ม.1 - ม.3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636"/>
        <w:gridCol w:w="2636"/>
        <w:gridCol w:w="2636"/>
        <w:gridCol w:w="2636"/>
      </w:tblGrid>
      <w:tr>
        <w:trPr>
          <w:tblHeader w:val="true"/>
        </w:trPr>
        <w:tc>
          <w:tcPr>
            <w:tcW w:type="dxa" w:w="737"/>
            <w:shd w:fill="174A7E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jc w:val="center"/>
            </w:pPr>
            <w:r>
              <w:rPr>
                <w:rFonts w:ascii="Tahoma" w:hAnsi="Tahoma" w:eastAsia="Tahoma"/>
                <w:b/>
                <w:color w:val="FFFFFF"/>
                <w:sz w:val="21"/>
              </w:rPr>
              <w:t>ข้อ</w:t>
            </w:r>
          </w:p>
        </w:tc>
        <w:tc>
          <w:tcPr>
            <w:tcW w:type="dxa" w:w="6576"/>
            <w:shd w:fill="174A7E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jc w:val="center"/>
            </w:pPr>
            <w:r>
              <w:rPr>
                <w:rFonts w:ascii="Tahoma" w:hAnsi="Tahoma" w:eastAsia="Tahoma"/>
                <w:b/>
                <w:color w:val="FFFFFF"/>
                <w:sz w:val="21"/>
              </w:rPr>
              <w:t>รายการ</w:t>
            </w:r>
          </w:p>
        </w:tc>
        <w:tc>
          <w:tcPr>
            <w:tcW w:type="dxa" w:w="1701"/>
            <w:shd w:fill="174A7E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jc w:val="center"/>
            </w:pPr>
            <w:r>
              <w:rPr>
                <w:rFonts w:ascii="Tahoma" w:hAnsi="Tahoma" w:eastAsia="Tahoma"/>
                <w:b/>
                <w:color w:val="FFFFFF"/>
                <w:sz w:val="21"/>
              </w:rPr>
              <w:t>จำนวน</w:t>
            </w:r>
          </w:p>
        </w:tc>
        <w:tc>
          <w:tcPr>
            <w:tcW w:type="dxa" w:w="794"/>
            <w:shd w:fill="174A7E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jc w:val="center"/>
            </w:pPr>
            <w:r>
              <w:rPr>
                <w:rFonts w:ascii="Tahoma" w:hAnsi="Tahoma" w:eastAsia="Tahoma"/>
                <w:b/>
                <w:color w:val="FFFFFF"/>
                <w:sz w:val="21"/>
              </w:rPr>
              <w:t>หน่วย</w:t>
            </w:r>
          </w:p>
        </w:tc>
      </w:tr>
      <w:tr>
        <w:tc>
          <w:tcPr>
            <w:tcW w:type="dxa" w:w="73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1</w:t>
            </w:r>
          </w:p>
        </w:tc>
        <w:tc>
          <w:tcPr>
            <w:tcW w:type="dxa" w:w="657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left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จำนวนนักเรียนที่ได้รับการใช้ชุดพัฒนาความฉลาดรู้ จำนวนรวม</w:t>
            </w:r>
          </w:p>
        </w:tc>
        <w:tc>
          <w:tcPr>
            <w:tcW w:type="dxa" w:w="170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........................</w:t>
            </w:r>
          </w:p>
        </w:tc>
        <w:tc>
          <w:tcPr>
            <w:tcW w:type="dxa" w:w="79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คน</w:t>
            </w:r>
          </w:p>
        </w:tc>
      </w:tr>
      <w:tr>
        <w:tc>
          <w:tcPr>
            <w:tcW w:type="dxa" w:w="737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1.1</w:t>
            </w:r>
          </w:p>
        </w:tc>
        <w:tc>
          <w:tcPr>
            <w:tcW w:type="dxa" w:w="6576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left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ด้านการอ่าน</w:t>
            </w:r>
          </w:p>
        </w:tc>
        <w:tc>
          <w:tcPr>
            <w:tcW w:type="dxa" w:w="1701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........................</w:t>
            </w:r>
          </w:p>
        </w:tc>
        <w:tc>
          <w:tcPr>
            <w:tcW w:type="dxa" w:w="794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คน</w:t>
            </w:r>
          </w:p>
        </w:tc>
      </w:tr>
      <w:tr>
        <w:tc>
          <w:tcPr>
            <w:tcW w:type="dxa" w:w="73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1.2</w:t>
            </w:r>
          </w:p>
        </w:tc>
        <w:tc>
          <w:tcPr>
            <w:tcW w:type="dxa" w:w="657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left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ด้านคณิตศาสตร์</w:t>
            </w:r>
          </w:p>
        </w:tc>
        <w:tc>
          <w:tcPr>
            <w:tcW w:type="dxa" w:w="170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........................</w:t>
            </w:r>
          </w:p>
        </w:tc>
        <w:tc>
          <w:tcPr>
            <w:tcW w:type="dxa" w:w="79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คน</w:t>
            </w:r>
          </w:p>
        </w:tc>
      </w:tr>
      <w:tr>
        <w:tc>
          <w:tcPr>
            <w:tcW w:type="dxa" w:w="737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1.3</w:t>
            </w:r>
          </w:p>
        </w:tc>
        <w:tc>
          <w:tcPr>
            <w:tcW w:type="dxa" w:w="6576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left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ด้านวิทยาศาสตร์</w:t>
            </w:r>
          </w:p>
        </w:tc>
        <w:tc>
          <w:tcPr>
            <w:tcW w:type="dxa" w:w="1701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........................</w:t>
            </w:r>
          </w:p>
        </w:tc>
        <w:tc>
          <w:tcPr>
            <w:tcW w:type="dxa" w:w="794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คน</w:t>
            </w:r>
          </w:p>
        </w:tc>
      </w:tr>
      <w:tr>
        <w:tc>
          <w:tcPr>
            <w:tcW w:type="dxa" w:w="737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2</w:t>
            </w:r>
          </w:p>
        </w:tc>
        <w:tc>
          <w:tcPr>
            <w:tcW w:type="dxa" w:w="6576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left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จำนวนนักเรียนที่ได้รับการส่งเสริมสมรรถนะ</w:t>
            </w:r>
          </w:p>
        </w:tc>
        <w:tc>
          <w:tcPr>
            <w:tcW w:type="dxa" w:w="1701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........................</w:t>
            </w:r>
          </w:p>
        </w:tc>
        <w:tc>
          <w:tcPr>
            <w:tcW w:type="dxa" w:w="794"/>
            <w:vAlign w:val="center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คน</w:t>
            </w:r>
          </w:p>
        </w:tc>
      </w:tr>
      <w:tr>
        <w:tc>
          <w:tcPr>
            <w:tcW w:type="dxa" w:w="737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3</w:t>
            </w:r>
          </w:p>
        </w:tc>
        <w:tc>
          <w:tcPr>
            <w:tcW w:type="dxa" w:w="6576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left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จำนวนนักเรียนที่ได้รับการฝึกทักษะ</w:t>
            </w:r>
          </w:p>
        </w:tc>
        <w:tc>
          <w:tcPr>
            <w:tcW w:type="dxa" w:w="1701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........................</w:t>
            </w:r>
          </w:p>
        </w:tc>
        <w:tc>
          <w:tcPr>
            <w:tcW w:type="dxa" w:w="794"/>
            <w:vAlign w:val="center"/>
            <w:shd w:fill="F6FAFE"/>
            <w:tcBorders>
              <w:top w:val="single" w:sz="6" w:color="D9D9D9"/>
              <w:left w:val="single" w:sz="6" w:color="D9D9D9"/>
              <w:bottom w:val="single" w:sz="6" w:color="D9D9D9"/>
              <w:right w:val="single" w:sz="6" w:color="D9D9D9"/>
            </w:tcBorders>
            <w:tcMar>
              <w:top w:w="55" w:type="dxa"/>
              <w:start w:w="100" w:type="dxa"/>
              <w:bottom w:w="5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21"/>
              </w:rPr>
              <w:t>คน</w:t>
            </w:r>
          </w:p>
        </w:tc>
      </w:tr>
    </w:tbl>
    <w:p>
      <w:pPr>
        <w:spacing w:after="0"/>
      </w:pPr>
    </w:p>
    <w:p>
      <w:pPr>
        <w:spacing w:before="60" w:after="0"/>
      </w:pPr>
      <w:r>
        <w:rPr>
          <w:rFonts w:ascii="Tahoma" w:hAnsi="Tahoma" w:eastAsia="Tahoma"/>
          <w:b/>
          <w:color w:val="000000"/>
          <w:sz w:val="22"/>
        </w:rPr>
        <w:t>ผลการดำเนินงานของโรงเรียน</w:t>
      </w:r>
    </w:p>
    <w:p>
      <w:pPr>
        <w:spacing w:after="0"/>
      </w:pPr>
      <w:r>
        <w:rPr>
          <w:rFonts w:ascii="Tahoma" w:hAnsi="Tahoma" w:eastAsia="Tahoma"/>
          <w:b w:val="0"/>
          <w:color w:val="000000"/>
          <w:sz w:val="20"/>
        </w:rPr>
        <w:t>ผู้รับผิดชอบงาน PISA ของโรงเรียนเป็นผู้ตรวจสอบและรายงานข้อมูลตามสภาพจริง พร้อมแนบหลักฐานประกอบ</w:t>
      </w:r>
    </w:p>
    <w:p>
      <w:r>
        <w:br w:type="page"/>
      </w:r>
    </w:p>
    <w:p>
      <w:pPr>
        <w:pStyle w:val="Heading1"/>
        <w:spacing w:before="80" w:after="80"/>
      </w:pPr>
      <w:r>
        <w:rPr>
          <w:rFonts w:ascii="Tahoma" w:hAnsi="Tahoma" w:eastAsia="Tahoma"/>
          <w:b/>
          <w:color w:val="000000"/>
          <w:sz w:val="24"/>
        </w:rPr>
        <w:t>2 หลักฐานประกอบการนิเทศและการรับรองรายงาน</w:t>
      </w:r>
    </w:p>
    <w:p>
      <w:pPr>
        <w:spacing w:after="80"/>
      </w:pPr>
      <w:r>
        <w:rPr>
          <w:rFonts w:ascii="Tahoma" w:hAnsi="Tahoma" w:eastAsia="Tahoma"/>
          <w:b w:val="0"/>
          <w:color w:val="000000"/>
          <w:sz w:val="21"/>
        </w:rPr>
        <w:t>โรงเรียน ................................................................................................................................................</w:t>
      </w:r>
    </w:p>
    <w:p>
      <w:pPr>
        <w:spacing w:after="100"/>
      </w:pPr>
      <w:r>
        <w:rPr>
          <w:rFonts w:ascii="Tahoma" w:hAnsi="Tahoma" w:eastAsia="Tahoma"/>
          <w:b/>
          <w:color w:val="000000"/>
          <w:sz w:val="22"/>
        </w:rPr>
        <w:t>ภาพประกอบการดำเนินงาน จำนวน 4 ภาพต่อโรงเรียน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rPr>
          <w:trHeight w:val="2409" w:hRule="atLeast"/>
        </w:trPr>
        <w:tc>
          <w:tcPr>
            <w:tcW w:type="dxa" w:w="48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dashed" w:sz="8" w:color="A9B7C6"/>
              <w:left w:val="dashed" w:sz="8" w:color="A9B7C6"/>
              <w:bottom w:val="dashed" w:sz="8" w:color="A9B7C6"/>
              <w:right w:val="dashed" w:sz="8" w:color="A9B7C6"/>
            </w:tcBorders>
          </w:tcPr>
          <w:p>
            <w:pPr>
              <w:spacing w:after="100"/>
              <w:jc w:val="center"/>
            </w:pPr>
            <w:r>
              <w:rPr>
                <w:rFonts w:ascii="Tahoma" w:hAnsi="Tahoma" w:eastAsia="Tahoma"/>
                <w:b/>
                <w:color w:val="000000"/>
                <w:sz w:val="19"/>
              </w:rPr>
              <w:t>ภาพที่ 1 ภาพหน้าจอที่โรงเรียนกรอกข้อมูลในระบบ</w:t>
            </w:r>
          </w:p>
          <w:p>
            <w:pPr>
              <w:spacing w:before="260" w:after="260"/>
              <w:jc w:val="center"/>
            </w:pPr>
            <w:r>
              <w:rPr>
                <w:rFonts w:ascii="Tahoma" w:hAnsi="Tahoma" w:eastAsia="Tahoma"/>
                <w:b w:val="0"/>
                <w:color w:val="7D8B9B"/>
                <w:sz w:val="20"/>
              </w:rPr>
              <w:t>ติดภาพประกอบ</w:t>
            </w:r>
          </w:p>
        </w:tc>
        <w:tc>
          <w:tcPr>
            <w:tcW w:type="dxa" w:w="48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dashed" w:sz="8" w:color="A9B7C6"/>
              <w:left w:val="dashed" w:sz="8" w:color="A9B7C6"/>
              <w:bottom w:val="dashed" w:sz="8" w:color="A9B7C6"/>
              <w:right w:val="dashed" w:sz="8" w:color="A9B7C6"/>
            </w:tcBorders>
          </w:tcPr>
          <w:p>
            <w:pPr>
              <w:spacing w:after="100"/>
              <w:jc w:val="center"/>
            </w:pPr>
            <w:r>
              <w:rPr>
                <w:rFonts w:ascii="Tahoma" w:hAnsi="Tahoma" w:eastAsia="Tahoma"/>
                <w:b/>
                <w:color w:val="000000"/>
                <w:sz w:val="19"/>
              </w:rPr>
              <w:t>ภาพที่ 2 ภาพการใช้คู่มือหรือชุดพัฒนาความฉลาดรู้</w:t>
            </w:r>
          </w:p>
          <w:p>
            <w:pPr>
              <w:spacing w:before="260" w:after="260"/>
              <w:jc w:val="center"/>
            </w:pPr>
            <w:r>
              <w:rPr>
                <w:rFonts w:ascii="Tahoma" w:hAnsi="Tahoma" w:eastAsia="Tahoma"/>
                <w:b w:val="0"/>
                <w:color w:val="7D8B9B"/>
                <w:sz w:val="20"/>
              </w:rPr>
              <w:t>ติดภาพประกอบ</w:t>
            </w:r>
          </w:p>
        </w:tc>
      </w:tr>
      <w:tr>
        <w:trPr>
          <w:trHeight w:val="2409" w:hRule="atLeast"/>
        </w:trPr>
        <w:tc>
          <w:tcPr>
            <w:tcW w:type="dxa" w:w="48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dashed" w:sz="8" w:color="A9B7C6"/>
              <w:left w:val="dashed" w:sz="8" w:color="A9B7C6"/>
              <w:bottom w:val="dashed" w:sz="8" w:color="A9B7C6"/>
              <w:right w:val="dashed" w:sz="8" w:color="A9B7C6"/>
            </w:tcBorders>
          </w:tcPr>
          <w:p>
            <w:pPr>
              <w:spacing w:after="100"/>
              <w:jc w:val="center"/>
            </w:pPr>
            <w:r>
              <w:rPr>
                <w:rFonts w:ascii="Tahoma" w:hAnsi="Tahoma" w:eastAsia="Tahoma"/>
                <w:b/>
                <w:color w:val="000000"/>
                <w:sz w:val="19"/>
              </w:rPr>
              <w:t>ภาพที่ 3 ภาพศึกษานิเทศก์ลงพื้นที่นิเทศ ติดตาม</w:t>
            </w:r>
          </w:p>
          <w:p>
            <w:pPr>
              <w:spacing w:before="260" w:after="260"/>
              <w:jc w:val="center"/>
            </w:pPr>
            <w:r>
              <w:rPr>
                <w:rFonts w:ascii="Tahoma" w:hAnsi="Tahoma" w:eastAsia="Tahoma"/>
                <w:b w:val="0"/>
                <w:color w:val="7D8B9B"/>
                <w:sz w:val="20"/>
              </w:rPr>
              <w:t>ติดภาพประกอบ</w:t>
            </w:r>
          </w:p>
        </w:tc>
        <w:tc>
          <w:tcPr>
            <w:tcW w:type="dxa" w:w="487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dashed" w:sz="8" w:color="A9B7C6"/>
              <w:left w:val="dashed" w:sz="8" w:color="A9B7C6"/>
              <w:bottom w:val="dashed" w:sz="8" w:color="A9B7C6"/>
              <w:right w:val="dashed" w:sz="8" w:color="A9B7C6"/>
            </w:tcBorders>
          </w:tcPr>
          <w:p>
            <w:pPr>
              <w:spacing w:after="100"/>
              <w:jc w:val="center"/>
            </w:pPr>
            <w:r>
              <w:rPr>
                <w:rFonts w:ascii="Tahoma" w:hAnsi="Tahoma" w:eastAsia="Tahoma"/>
                <w:b/>
                <w:color w:val="000000"/>
                <w:sz w:val="19"/>
              </w:rPr>
              <w:t>ภาพที่ 4 ภาพกิจกรรมที่โรงเรียนดำเนินการตามระบบ PISA</w:t>
            </w:r>
          </w:p>
          <w:p>
            <w:pPr>
              <w:spacing w:before="260" w:after="260"/>
              <w:jc w:val="center"/>
            </w:pPr>
            <w:r>
              <w:rPr>
                <w:rFonts w:ascii="Tahoma" w:hAnsi="Tahoma" w:eastAsia="Tahoma"/>
                <w:b w:val="0"/>
                <w:color w:val="7D8B9B"/>
                <w:sz w:val="20"/>
              </w:rPr>
              <w:t>ติดภาพประกอบ</w:t>
            </w:r>
          </w:p>
        </w:tc>
      </w:tr>
    </w:tbl>
    <w:p>
      <w:pPr>
        <w:spacing w:before="120" w:after="40"/>
      </w:pPr>
      <w:r>
        <w:rPr>
          <w:rFonts w:ascii="Tahoma" w:hAnsi="Tahoma" w:eastAsia="Tahoma"/>
          <w:b/>
          <w:color w:val="000000"/>
          <w:sz w:val="22"/>
        </w:rPr>
        <w:t>คำรับรองผลการนิเทศ</w:t>
      </w:r>
    </w:p>
    <w:p>
      <w:pPr>
        <w:spacing w:after="80" w:line="252" w:lineRule="auto"/>
      </w:pPr>
      <w:r>
        <w:rPr>
          <w:rFonts w:ascii="Tahoma" w:hAnsi="Tahoma" w:eastAsia="Tahoma"/>
          <w:b w:val="0"/>
          <w:color w:val="000000"/>
          <w:sz w:val="19"/>
        </w:rPr>
        <w:t>ข้าพเจ้าได้ลงพื้นที่นิเทศ ติดตาม และตรวจสอบข้อมูลกับหลักฐานประกอบของโรงเรียนแล้ว เห็นว่ารายงานฉบับนี้สะท้อนผลการดำเนินงานตามสภาพจริง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3"/>
        <w:gridCol w:w="5273"/>
      </w:tblGrid>
      <w:tr>
        <w:tc>
          <w:tcPr>
            <w:tcW w:type="dxa" w:w="4876"/>
            <w:vAlign w:val="center"/>
            <w:tcMar>
              <w:top w:w="25" w:type="dxa"/>
              <w:start w:w="100" w:type="dxa"/>
              <w:bottom w:w="2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/>
                <w:color w:val="000000"/>
                <w:sz w:val="19"/>
              </w:rPr>
              <w:t>ผู้รายงานข้อมูล</w:t>
            </w:r>
          </w:p>
        </w:tc>
        <w:tc>
          <w:tcPr>
            <w:tcW w:type="dxa" w:w="4876"/>
            <w:vAlign w:val="center"/>
            <w:tcMar>
              <w:top w:w="25" w:type="dxa"/>
              <w:start w:w="100" w:type="dxa"/>
              <w:bottom w:w="2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/>
                <w:color w:val="000000"/>
                <w:sz w:val="19"/>
              </w:rPr>
              <w:t>ผู้รับรองผลการนิเทศ</w:t>
            </w:r>
          </w:p>
        </w:tc>
      </w:tr>
      <w:tr>
        <w:tc>
          <w:tcPr>
            <w:tcW w:type="dxa" w:w="4876"/>
            <w:vAlign w:val="center"/>
            <w:tcMar>
              <w:top w:w="25" w:type="dxa"/>
              <w:start w:w="100" w:type="dxa"/>
              <w:bottom w:w="2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19"/>
              </w:rPr>
              <w:t>ลงชื่อ ................................................................</w:t>
            </w:r>
          </w:p>
        </w:tc>
        <w:tc>
          <w:tcPr>
            <w:tcW w:type="dxa" w:w="4876"/>
            <w:vAlign w:val="center"/>
            <w:tcMar>
              <w:top w:w="25" w:type="dxa"/>
              <w:start w:w="100" w:type="dxa"/>
              <w:bottom w:w="2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19"/>
              </w:rPr>
              <w:t>ลงชื่อ ................................................................</w:t>
            </w:r>
          </w:p>
        </w:tc>
      </w:tr>
      <w:tr>
        <w:tc>
          <w:tcPr>
            <w:tcW w:type="dxa" w:w="4876"/>
            <w:vAlign w:val="center"/>
            <w:tcMar>
              <w:top w:w="25" w:type="dxa"/>
              <w:start w:w="100" w:type="dxa"/>
              <w:bottom w:w="2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19"/>
              </w:rPr>
              <w:t>(........................................................................)</w:t>
            </w:r>
          </w:p>
        </w:tc>
        <w:tc>
          <w:tcPr>
            <w:tcW w:type="dxa" w:w="4876"/>
            <w:vAlign w:val="center"/>
            <w:tcMar>
              <w:top w:w="25" w:type="dxa"/>
              <w:start w:w="100" w:type="dxa"/>
              <w:bottom w:w="2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19"/>
              </w:rPr>
              <w:t>(........................................................................)</w:t>
            </w:r>
          </w:p>
        </w:tc>
      </w:tr>
      <w:tr>
        <w:tc>
          <w:tcPr>
            <w:tcW w:type="dxa" w:w="4876"/>
            <w:vAlign w:val="center"/>
            <w:tcMar>
              <w:top w:w="25" w:type="dxa"/>
              <w:start w:w="100" w:type="dxa"/>
              <w:bottom w:w="2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19"/>
              </w:rPr>
              <w:t>ผู้รับผิดชอบงาน PISA ของโรงเรียน</w:t>
              <w:br/>
              <w:t>วันที่ ............ / ............ / ............</w:t>
            </w:r>
          </w:p>
        </w:tc>
        <w:tc>
          <w:tcPr>
            <w:tcW w:type="dxa" w:w="4876"/>
            <w:vAlign w:val="center"/>
            <w:tcMar>
              <w:top w:w="25" w:type="dxa"/>
              <w:start w:w="100" w:type="dxa"/>
              <w:bottom w:w="25" w:type="dxa"/>
              <w:end w:w="100" w:type="dxa"/>
            </w:tcMar>
          </w:tcPr>
          <w:p>
            <w:pPr>
              <w:spacing w:after="0"/>
              <w:jc w:val="center"/>
            </w:pPr>
            <w:r>
              <w:rPr>
                <w:rFonts w:ascii="Tahoma" w:hAnsi="Tahoma" w:eastAsia="Tahoma"/>
                <w:b w:val="0"/>
                <w:color w:val="000000"/>
                <w:sz w:val="19"/>
              </w:rPr>
              <w:t>ศึกษานิเทศก์ผู้ลงพื้นที่</w:t>
              <w:br/>
              <w:t>วันที่ ............ / ............ / ............</w:t>
            </w:r>
          </w:p>
        </w:tc>
      </w:tr>
    </w:tbl>
    <w:p>
      <w:pPr>
        <w:pStyle w:val="Heading1"/>
        <w:spacing w:before="80" w:after="80"/>
      </w:pPr>
      <w:r>
        <w:rPr>
          <w:rFonts w:ascii="Tahoma" w:hAnsi="Tahoma" w:eastAsia="Tahoma"/>
          <w:b/>
          <w:color w:val="000000"/>
          <w:sz w:val="24"/>
        </w:rPr>
        <w:t>3 การอัปโหลดรายงานเข้าสู่ระบบ</w:t>
      </w:r>
    </w:p>
    <w:p>
      <w:pPr>
        <w:spacing w:after="20"/>
      </w:pPr>
      <w:r>
        <w:rPr>
          <w:rFonts w:ascii="Tahoma" w:hAnsi="Tahoma" w:eastAsia="Tahoma"/>
          <w:b w:val="0"/>
          <w:color w:val="000000"/>
          <w:sz w:val="19"/>
        </w:rPr>
        <w:t>☐ อัปโหลดรายงานฉบับสมบูรณ์ที่มีลายเซ็นรับรองแล้วเข้าสู่ระบบเรียบร้อย</w:t>
      </w:r>
    </w:p>
    <w:p>
      <w:pPr>
        <w:spacing w:after="20"/>
      </w:pPr>
      <w:r>
        <w:rPr>
          <w:rFonts w:ascii="Tahoma" w:hAnsi="Tahoma" w:eastAsia="Tahoma"/>
          <w:b w:val="0"/>
          <w:color w:val="000000"/>
          <w:sz w:val="19"/>
        </w:rPr>
        <w:t>ชื่อไฟล์ ................................................................................ วันที่อัปโหลด ........................ เวลา ................ น.</w:t>
      </w:r>
    </w:p>
    <w:p>
      <w:pPr>
        <w:spacing w:after="0"/>
      </w:pPr>
      <w:r>
        <w:rPr>
          <w:rFonts w:ascii="Tahoma" w:hAnsi="Tahoma" w:eastAsia="Tahoma"/>
          <w:b w:val="0"/>
          <w:color w:val="000000"/>
          <w:sz w:val="19"/>
        </w:rPr>
        <w:t>ผู้ดำเนินการอัปโหลด ................................................................. โทรศัพท์ ........................................................</w:t>
      </w:r>
    </w:p>
    <w:sectPr w:rsidR="00FC693F" w:rsidRPr="0006063C" w:rsidSect="00034616">
      <w:footerReference w:type="default" r:id="rId9"/>
      <w:pgSz w:w="11906" w:h="16838"/>
      <w:pgMar w:top="454" w:right="680" w:bottom="454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/>
      <w:jc w:val="right"/>
    </w:pPr>
    <w:r>
      <w:rPr>
        <w:rFonts w:ascii="Tahoma" w:hAnsi="Tahoma" w:eastAsia="Tahoma"/>
        <w:b w:val="0"/>
        <w:color w:val="000000"/>
        <w:sz w:val="16"/>
      </w:rPr>
      <w:t xml:space="preserve">แบบรายงานผลการนิเทศ ติดตามการขับเคลื่อน PISA สำหรับโรงเรียน | หน้า </w:t>
    </w:r>
    <w:r>
      <w:rPr>
        <w:rFonts w:ascii="Tahoma" w:hAnsi="Tahoma" w:eastAsia="Tahoma"/>
        <w:b w:val="0"/>
        <w:color w:val="000000"/>
        <w:sz w:val="16"/>
      </w:rPr>
      <w:fldChar w:fldCharType="begin"/>
      <w:instrText xml:space="preserve"> PAGE </w:instrText>
      <w:fldChar w:fldCharType="separate"/>
      <w:t>1</w: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ahoma" w:hAnsi="Tahoma" w:eastAsia="Tahoma"/>
      <w:color w:val="000000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ahoma" w:hAnsi="Tahoma" w:eastAsia="Tahoma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ahoma" w:hAnsi="Tahoma" w:eastAsia="Tahoma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ahoma" w:hAnsi="Tahoma" w:eastAsia="Tahoma"/>
      <w:color w:val="000000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แบบรายงานผลการนิเทศ ติดตามการขับเคลื่อน PISA สำหรับโรงเรียน</dc:title>
  <dc:subject>แบบฟอร์ม Word เปล่าสำหรับโรงเรียน ปีการศึกษา 2569</dc:subject>
  <dc:creator>ศูนย์ PISA สพป.เพชรบูรณ์ เขต 1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